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Personal Resume</w:t>
      </w:r>
    </w:p>
    <w:p>
      <w:pPr>
        <w:pStyle w:val="Heading1"/>
      </w:pPr>
      <w:r>
        <w:t>Personal Information</w:t>
      </w:r>
    </w:p>
    <w:p>
      <w:r>
        <w:t>Name: Chen Jie</w:t>
        <w:br/>
        <w:t>Gender: Male</w:t>
        <w:br/>
        <w:t>Ethnicity: Han</w:t>
        <w:br/>
        <w:t>Date of Birth: November 11, 1991</w:t>
        <w:br/>
        <w:t>Political Affiliation: None</w:t>
        <w:br/>
        <w:t>Education: Associate Degree</w:t>
        <w:br/>
        <w:t>University: Lanzhou University</w:t>
        <w:br/>
        <w:t>Major: Civil Engineering</w:t>
        <w:br/>
        <w:t>Graduation Date: July 2023</w:t>
        <w:br/>
        <w:t>ID Number: 62010319911111191X</w:t>
        <w:br/>
        <w:t>Phone: +86 13919986200</w:t>
        <w:br/>
        <w:t>Address: Room 308, No. 511 Renjiazhuang, Qilihe District, Lanzhou City</w:t>
        <w:br/>
        <w:t>Company: Lanzhou Lanshi Group Co., Ltd.</w:t>
        <w:br/>
        <w:t>Work Start Date: August 7, 2008</w:t>
        <w:br/>
        <w:t>Position: Non-destructive Testing Engineer</w:t>
      </w:r>
    </w:p>
    <w:p>
      <w:pPr>
        <w:pStyle w:val="Heading1"/>
      </w:pPr>
      <w:r>
        <w:t>Work Experience</w:t>
      </w:r>
    </w:p>
    <w:p>
      <w:r>
        <w:t>November 2009 – Participated in the installation project of a 4-in-1 reactor in Guangxi Qinzhou Petrochemical, responsible for welding quality inspection, which ensured the timely completion of construction and significantly improved project efficiency.</w:t>
      </w:r>
    </w:p>
    <w:p>
      <w:r>
        <w:t>November 2010 – In Anhui Petrochemical, I was responsible for the installation and commissioning of an internal 4-in-1 reactor, ensuring high precision installation and optimizing the process flow.</w:t>
      </w:r>
    </w:p>
    <w:p>
      <w:r>
        <w:t>May 2012 – In Qingdao Huangdao Lanshi Branch, completed the replacement of a 30-ton dished head and the welding of a 120mm steel plate connecting pipe, ensuring the safety and quality standards of the project, which was delivered on time.</w:t>
      </w:r>
    </w:p>
    <w:p>
      <w:r>
        <w:t>May 2014 – In Yunnan Petrochemical, served as the non-destructive testing engineer for the assembly girth weld of the hydrogenation reactor, leading the team to complete the welding inspection on time and ensuring safe installation of the equipment.</w:t>
      </w:r>
    </w:p>
    <w:p>
      <w:r>
        <w:t>2021–2023 – Served as the non-destructive testing quality supervision engineer for PetroChina pipeline projects, supervising multiple key pipeline projects to ensure compliance and high standards.</w:t>
      </w:r>
    </w:p>
    <w:p>
      <w:r>
        <w:t>2024–Present – Working as the non-destructive testing quality supervision engineer at Sinopec Quality Supervision Station, overseeing the long-distance pipeline projects, participating in critical inspection and quality evaluation work.</w:t>
      </w:r>
    </w:p>
    <w:p>
      <w:pPr>
        <w:pStyle w:val="Heading1"/>
      </w:pPr>
      <w:r>
        <w:t>Skills</w:t>
      </w:r>
    </w:p>
    <w:p>
      <w:r>
        <w:t>Non-destructive testing techniques (radiographic testing, ultrasonic testing, magnetic particle testing, dye penetrant testing)</w:t>
        <w:br/>
        <w:t>Building Information Modeling (BIM) technology</w:t>
        <w:br/>
        <w:t>Advanced welding techniques and equipment maintenance</w:t>
        <w:br/>
        <w:t>Quality supervision and evaluation</w:t>
        <w:br/>
        <w:t>Team management and project coordination</w:t>
        <w:br/>
        <w:t>Engineering design software such as AutoCAD, SolidWorks</w:t>
        <w:br/>
        <w:t>On-site safety management and risk assessment</w:t>
      </w:r>
    </w:p>
    <w:p>
      <w:pPr>
        <w:pStyle w:val="Heading1"/>
      </w:pPr>
      <w:r>
        <w:t>Professional Certifications</w:t>
      </w:r>
    </w:p>
    <w:p>
      <w:r>
        <w:t>Second Class Construction Engineer</w:t>
        <w:br/>
        <w:t>Non-destructive Testing (RT, UT, MT, PT) Level II</w:t>
        <w:br/>
        <w:t>Building Information Modeling (BIM) Engineer</w:t>
        <w:br/>
        <w:t>Advanced Welder Certificate</w:t>
      </w:r>
    </w:p>
    <w:p>
      <w:pPr>
        <w:pStyle w:val="Heading1"/>
      </w:pPr>
      <w:r>
        <w:t>Personal Honors</w:t>
      </w:r>
    </w:p>
    <w:p>
      <w:r>
        <w:t>2017 – 4th place in the Welding Skills Competition at Lanshi Group</w:t>
        <w:br/>
        <w:t>2018 – 3rd place in the Welding Skills Competition at Lanshi Group</w:t>
        <w:br/>
        <w:t>2019 – 2nd place in the Welding Skills Competition at Lanshi Group</w:t>
      </w:r>
    </w:p>
    <w:p>
      <w:pPr>
        <w:pStyle w:val="Heading1"/>
      </w:pPr>
      <w:r>
        <w:t>Self-evaluation</w:t>
      </w:r>
    </w:p>
    <w:p>
      <w:r>
        <w:t>I have over 15 years of experience in non-destructive testing and engineering construction, with extensive on-site management and quality supervision expertise. I am proficient in various testing techniques and equipment, and capable of leading teams to efficiently complete complex engineering projects. I pay great attention to detail and execution, and possess strong project coordination and communication skills. In the future, I aim to contribute to large-scale infrastructure projects and continue improving my professional and management abilities.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